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בריאות ואיזון</w:t>
      </w:r>
    </w:p>
    <w:p>
      <w:pPr>
        <w:bidi/>
        <w:jc w:val="right"/>
      </w:pPr>
      <w:r>
        <w:rPr>
          <w:rFonts w:ascii="Arial" w:hAnsi="Arial" w:cs="Arial"/>
          <w:sz w:val="24"/>
          <w:rtl/>
          <w:szCs w:val="24"/>
        </w:rPr>
        <w:t>• 🎯 מטרה: לתרגל את ערך השבוע "בריאות ואיזון"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לדאוג לגוף ולנפש: תנועה, שינה, אוכל טוב, מנוחה וזמן לעצמנו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לבחור לאן רוצים להגיע, ולתכנן צעדים קטנים וברורים בדרך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לראות בטעות שיעור ולא כישלון, ולנסות שוב בדרך חדשה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לשים לב לרגשות ולצרכים של אחרים, ולהגיב בעדינות ובאכפתיות</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הסוללה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תפוח</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בריאות ואיזון – דף תרגול</w:t>
      </w:r>
    </w:p>
    <w:p>
      <w:pPr>
        <w:bidi/>
        <w:jc w:val="right"/>
      </w:pPr>
      <w:r>
        <w:rPr>
          <w:rFonts w:ascii="Arial" w:hAnsi="Arial" w:cs="Arial"/>
          <w:color w:val="555577"/>
          <w:sz w:val="24"/>
          <w:rtl/>
          <w:szCs w:val="24"/>
        </w:rPr>
        <w:t>ערך השבוע: בריאות ואיזון – לדאוג לגוף ולנפש: תנועה, שינה, אוכל טוב, מנוחה וזמן לעצמנו.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נועה נשארה ערה עד מאוחר כדי לסיים פרק בסדרה. בבוקר היא הייתה עייפה, התעצבנה על אחיה הקטן ולא הצליחה להתרכז במבחן. בערב היא החליטה לנסות ללכת לישון מוקדם יותר. מה עוזר לכם לשמור על איזון בין כיף לבין מנוחה?</w:t>
      </w:r>
    </w:p>
    <w:p>
      <w:pPr>
        <w:bidi/>
        <w:jc w:val="right"/>
      </w:pPr>
      <w:r>
        <w:rPr>
          <w:rFonts w:ascii="Arial" w:hAnsi="Arial" w:cs="Arial"/>
          <w:sz w:val="24"/>
          <w:rtl/>
          <w:szCs w:val="24"/>
        </w:rPr>
        <w:t>1. מה עוזר לכם להירדם בערב?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אפשר לאזן בין מסכים לבין משחק בחוץ?</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"בריאות ואיזון"?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לשחק בחוץ לפחות פעם ביום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ללכת לישון בזמן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לשתות מים בכל הפסקה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לוותר מיד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בריאות ואיזון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לשים לב לרגשות ולצרכים של אחרים, ולהגיב בעדינות ובאכפתיות</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הצבת מטרות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לבחור לאן רוצים להגיע, ולתכנן צעדים קטנים וברורים בדרך</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טעויות כהזדמנות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לדאוג לגוף ולנפש: תנועה, שינה, אוכל טוב, מנוחה וזמן לעצמנו</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רגישות לזולת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לראות בטעות שיעור ולא כישלון, ולנסות שוב בדרך חדשה</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"גם ________ שלנו צריכה טעינה, לא רק של הטלפון"</w:t>
      </w:r>
    </w:p>
    <w:p>
      <w:pPr>
        <w:bidi/>
        <w:jc w:val="right"/>
      </w:pPr>
      <w:r>
        <w:rPr>
          <w:rFonts w:ascii="Arial" w:hAnsi="Arial" w:cs="Arial"/>
          <w:sz w:val="24"/>
          <w:rtl/>
          <w:szCs w:val="24"/>
        </w:rPr>
        <w:t>2. 🧩 חידה: אני פרי עגול, יכול להיות אדום, ירוק או צהוב, יש לי חרצנים בפנים, והשם שלי מתחיל באות ת. מה אני?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לשתות מים בכל הפסקה · לשחק בחוץ לפחות פעם ביום · ללכת לישון בזמן</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מה שמטעין אותי?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עשיתם השבוע כדי לשמור על הגוף ועל הנפש?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בריאות ואיזון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