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בריאות ואיזון</w:t>
      </w:r>
    </w:p>
    <w:p>
      <w:pPr>
        <w:bidi/>
        <w:jc w:val="right"/>
      </w:pPr>
      <w:r>
        <w:rPr>
          <w:rFonts w:ascii="Arial" w:hAnsi="Arial" w:cs="Arial"/>
          <w:sz w:val="24"/>
          <w:rtl/>
          <w:szCs w:val="24"/>
        </w:rPr>
        <w:t>• 🎯 מטרה: לתרגל את ערך השבוע "בריאות ואיזון"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 – לדאוג לגוף ולנפש: תנועה, שינה, אוכל טוב, מנוחה וזמן לעצמנו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ג – לבחור לאן רוצים להגיע, ולתכנן צעדים קטנים וברורים בדרך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לראות בטעות שיעור ולא כישלון, ולנסות שוב בדרך חדשה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 – לשים לב לרגשות ולצרכים של אחרים, ולהגיב בעדינות ובאכפתיות</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הסוללה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שני ימים ושמונה שעות (56 שעות)</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בריאות ואיזון – דף תרגול</w:t>
      </w:r>
    </w:p>
    <w:p>
      <w:pPr>
        <w:bidi/>
        <w:jc w:val="right"/>
      </w:pPr>
      <w:r>
        <w:rPr>
          <w:rFonts w:ascii="Arial" w:hAnsi="Arial" w:cs="Arial"/>
          <w:color w:val="555577"/>
          <w:sz w:val="24"/>
          <w:rtl/>
          <w:szCs w:val="24"/>
        </w:rPr>
        <w:t>ערך השבוע: בריאות ואיזון – לדאוג לגוף ולנפש: תנועה, שינה, אוכל טוב, מנוחה וזמן לעצמנו.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מיכאל רשום לשלושה חוגים, משחק בנבחרת ולומד לבגרות מוקדמת במתמטיקה. בהתחלה הכול היה מלהיב, אבל עכשיו הוא מרגיש שאין לו זמן לנשום. הוא מפחד לוותר על משהו ולאכזב. איך יודעים מתי "יותר" הופך ל"יותר מדי"?</w:t>
      </w:r>
    </w:p>
    <w:p>
      <w:pPr>
        <w:bidi/>
        <w:jc w:val="right"/>
      </w:pPr>
      <w:r>
        <w:rPr>
          <w:rFonts w:ascii="Arial" w:hAnsi="Arial" w:cs="Arial"/>
          <w:sz w:val="24"/>
          <w:rtl/>
          <w:szCs w:val="24"/>
        </w:rPr>
        <w:t>1. איך יודעים שלקחנו על עצמנו יותר מדי?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אתם עושים כדי להירגע אחרי יום עמוס?</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הסימנים שלכם שצריך לעצור ולנוח?</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"בריאות ואיזון"?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לזוז או להתעמל 20 דקות ביום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לספר סוד של חבר או חברה לכולם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לאכול ארוחת בוקר כל יום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לכבות מסכים חצי שעה לפני השינה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בריאות ואיזון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לראות בטעות שיעור ולא כישלון, ולנסות שוב בדרך חדשה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הצבת מטרות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לשים לב לרגשות ולצרכים של אחרים, ולהגיב בעדינות ובאכפתיות</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טעויות כהזדמנות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לבחור לאן רוצים להגיע, ולתכנן צעדים קטנים וברורים בדרך</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רגישות לזולת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לדאוג לגוף ולנפש: תנועה, שינה, אוכל טוב, מנוחה וזמן לעצמנו</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"גם ________ שלנו צריכה טעינה, לא רק של הטלפון"</w:t>
      </w:r>
    </w:p>
    <w:p>
      <w:pPr>
        <w:bidi/>
        <w:jc w:val="right"/>
      </w:pPr>
      <w:r>
        <w:rPr>
          <w:rFonts w:ascii="Arial" w:hAnsi="Arial" w:cs="Arial"/>
          <w:sz w:val="24"/>
          <w:rtl/>
          <w:szCs w:val="24"/>
        </w:rPr>
        <w:t>2. 🧩 חידה: שרון ישנה 8 שעות כל לילה. כמה ימים שלמים היא ישנה בשבוע אחד?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לכבות מסכים חצי שעה לפני השינה · לזוז או להתעמל 20 דקות ביום · לאכול ארוחת בוקר כל יום</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מה שמטעין אותי?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עשיתם השבוע כדי לשמור על הגוף ועל הנפש?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בריאות ואיזון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