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מילים טובות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"מילים טובות"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תודה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word / слово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thank you / спасибо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well done / молодец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compliment / комплимент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מילים טובות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מילה טובה משמחת. אומרים לחברים: כל הכבוד, תודה, יפה מאוד.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 · كلمة · mot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 · спасибо · አመሰግናለሁ · شكرا · merci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הכבוד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well done · молодец · ጎበዝ · أحسنت · bravo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מחמאה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compliment · комплимент · ሙገሳ · مجاملة · compliment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מילה  |  תודה  |  כל הכבוד  |  מחמאה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thank you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כל הכבוד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תודה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well done / молодец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thank you / спасибо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הכבוד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word / слово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מחמאה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compliment / комплимент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טובה משמחת. אומרים לחברים: כל הכבוד, תודה, יפה מאוד.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"מילה".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מילה טובה שמחתם לשמוע?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לומר מילה טובה לשלושה חברים / לומר תודה למי שעוזר לי)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טובות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