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מילים טובות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"מילים טובות"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💬 מילים טובות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מְחַמֶּמֶת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💬 מילים טובות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💬 🌷 😊  משפט השבוע: מִלָּה טוֹבָה מְחַמֶּמֶת אֶת הַלֵּב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וְעוֹד  |  מְחַמֶּמֶת  |  בָּרִיא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"מִלָּה טוֹבָה מְחַמֶּמֶת אֶת הַלֵּב"?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💬 מילים טובות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🌿 בריאות ואיזון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לומר מילה טובה לשלושה חברים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לומר תודה למי שעוזר 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מִלָּה טוֹבָה ________ אֶת הַלֵּב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איזו מילה טובה שמחתם לשמוע?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לומר מילה טובה לשלושה חברים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מילים טובות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